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חודש כסליו ושל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לאור ולנס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מנהגי החג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חודש כסליו וחנוכה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חנוכה הוא חג של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את הנרות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ערך של דאגה ואחריות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הערך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(ניגוד לחושך, סמל לידע ולתקווה)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(אירוע יוצא דופן שקרה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(יכולת להתמודד עם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(אמונה שהעתיד יהיה טוב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נרות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את הברכות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בעזרת השמש את נרות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שרים שירי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המסבירה בקצרה את משמעות הערך וחשיבותו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ערך והסבר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נרות (שמונה + שמש)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הקיר כעזר חזותי בזמן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משפט המשימה הפתוחה לפני הכתיבה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הקיר לחודש כסליו אפשר למצוא מידע על החודש, סיפור חנוכה, ערכים חשובים ומילים חדשות. בדף הזה נתרגל את התכנים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נס  ·  חורף  ·  חנוכייה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חודש כסליו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נרות חנוכה (לא כולל השמש) מדליקים בלילה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נרות החנוכה מדליקים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ערבות הדדית פירושה לדאוג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חודש כסליו הוא חודש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בחנוכה מדליקים נרות בכלי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אירוע מיוחד ויוצא דופן שקרה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הערך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ניגוד לחושך, סמל לידע ולתקווה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אמונה שהעתיד יהיה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אירוע יוצא דופן שקרה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יכולת להתמודד עם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הדלקת נרות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בעזרת השמש את נרות הלילה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שרים שירי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את הברכות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ערך אחד (אור, נס, אומץ, תקווה או ערבות הדדית) וכתבו משפט שמסביר מדוע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הערך שהכי התחבר אליכם מתוך פינת הערכים,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המתארת אירוע מיוחד ויוצא דופן שקרה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