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 כסליו וחנוכה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מאפיינים של חודש כסליו ושל חג החנוכה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וערכים הקשורים לאור ולנס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הבנה של מנהגי החג ומשמעותם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על חודש כסליו וחנוכה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גשם ראשון בחורף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פ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סופגניות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חנוכה הוא חג של שמונה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מדליקים את הנרות בערב, עם רדת החשכה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ערך של דאגה ואחריות הדדית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חג הבנות חל בחודש כסליו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הסביבון הוא צעצוע ולא מאכל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חנוכייה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סביבון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סופגניות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הערך להסבר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(ניגוד לחושך, סמל לידע ולתקווה)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(אירוע יוצא דופן שקרה בעבר)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(יכולת להתמודד עם פחד)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(אמונה שהעתיד יהיה טוב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(לדאוג ולהיות אחראים זה לזה)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הדלקת נרות 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מדליקים את נר השמש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אומרים את הברכות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מדליקים בעזרת השמש את נרות הלילה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שרים שירי חנוכה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המסבירה בקצרה את משמעות הערך וחשיבותו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הכוללת שם ערך והסבר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תשעה נרות (שמונה + שמש)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בלוח הקיר כעזר חזותי בזמן פתרון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בקול את משפט המשימה הפתוחה לפני הכתיבה כדי לוודא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לתלמידים הזקוקים להתאמות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 כסליו וחנוכה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בחודש כסליו חוגגים את חג החנוכה. בדף הזה נלמד מילים וסיפורים קצרים על החודש הזה.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כסליו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של חודש עברי שחל בחורף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הגשם הראשון של החורף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סביבון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צעצוע מסתובב עם אותיות, משחק של חנוכה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חנוכייה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הכלי שבו מדליקים את נרות חנוכה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אירוע מיוחד ויוצא דופן שקרה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ערבות הדדית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לדאוג ולהיות אחראים זה לזה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חג הבנות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מיוחד שחל בכסליו אצל חלק מהעדות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תקווה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אמונה שהעתיד יהיה טוב יותר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על חודש כסליו וחנוכה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מזל שייך לחודש כסליו?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עקרב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המילה יורה מתארת?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גשם ראשון בחורף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גשם אחרון בחורף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רוח חזקה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שלג 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נרות דולקים בלילה האחרון של חנוכה, בלי השמש?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אות שונה יש על הסביבון בארץ?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מאכל מטוגן אוכלים בחנוכה?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סופגניות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תפוחים בדבש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קציצות בשר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החנוכה נמשך שמונה ימים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נרות החנוכה מדליקים בבוקר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ערבות הדדית פירושה לדאוג זה לזה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הבנות חל בחודש ניסן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הסביבון הוא מאכל מסורתי של חנוכה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חודש כסליו הוא חודש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בחנוכה מדליקים נרות בכלי שנקרא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אירוע מיוחד ויוצא דופן שקרה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הצעצוע המסתובב ששייך לחנוכה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המאכל המטוגן בשמן שאוכלים בחנוכה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הערך להסבר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לדאוג ולהיות אחראים זה לזה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יכולת להתמודד עם פחד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אומץ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אמונה שהעתיד יהיה טוב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תקווה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אירוע יוצא דופן שקרה בעבר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ערבות הדדית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ניגוד לחושך, סמל לידע ולתקווה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הדלקת נרות 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מדליקים בעזרת השמש את נרות הלילה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שרים שירי חנוכה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מדליקים את נר השמש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אומרים את הברכות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ערך אחד (אור, נס, אומץ, תקווה או ערבות הדדית) וכתבו משפט שמסביר מדוע הוא חשוב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הערך שהכי התחבר אליכם מתוך פינת הערכים,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המילה המתארת אירוע מיוחד ויוצא דופן שקרה בעבר?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נרות דולקים ביחד בלילה האחרון של חנוכה, כולל השמש?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חודש כסליו וחנוכה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