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מאפיינים של חודש כסליו ושל 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וערכים הקשורים לאור ולנס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הבנה של מנהגי החג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חודש כסליו וחנוכה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גשם ראשון בחורף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סופגניות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חנוכה הוא חג של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מדליקים את הנרות בערב, עם רדת החשכה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ערך של דאגה ואחריות הדדית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חג הבנות חל בחודש כסליו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הסביבון הוא צעצוע ולא מאכל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סופגניות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הערך להסבר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(ניגוד לחושך, סמל לידע ולתקווה)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(אירוע יוצא דופן שקרה בעבר)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(יכולת להתמודד עם פחד)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(אמונה שהעתיד יהיה טוב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(לדאוג ולהיות אחראים זה לזה)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הדלקת נרות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מדליקים את נר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אומרים את הברכות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מדליקים בעזרת השמש את נרות הלילה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שרים שירי 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המסבירה בקצרה את משמעות הערך וחשיבותו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שם ערך והסבר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תשעה נרות (שמונה + שמש)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בלוח הקיר כעזר חזותי בזמן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בקול את משפט המשימה הפתוחה לפני הכתיבה כדי לוודא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בלוח הקיר לחודש כסליו אפשר למצוא מידע על החודש, סיפור חנוכה, ערכים חשובים ומילים חדשות. בדף הזה נתרגל את התכנים האלה.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על חודש כסליו וחנוכה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המזל של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המילה "יורה"?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גשם ראשון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גשם אחרון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רוח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שלג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נרות חנוכה (לא כולל השמש) מדליקים בלילה האחרון?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אות מופיעה על הסביבון בארץ ישראל במקום האות 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מאכל מסורתי המטוגן בשמן שאוכלים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סופגניות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תפוחים בדבש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קציצות בשר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החנוכה נמשך שמונה 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נרות החנוכה מדליקים בבוקר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ערבות הדדית פירושה לדאוג זה לזה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הבנות חל בחודש ניסן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הסביבון הוא מאכל מסורתי של 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חודש כסליו הוא חודש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בחנוכה מדליקים נרות בכלי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אירוע מיוחד ויוצא דופן שקרה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הצעצוע המסתובב ששייך לחנוכה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המאכל המטוגן בשמן שאוכלים בחנוכה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הערך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יכולת להתמודד עם פחד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לדאוג ולהיות אחראים זה לזה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אמונה שהעתיד יהיה טוב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ניגוד לחושך, סמל לידע ולתקווה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אירוע יוצא דופן שקרה בעבר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הדלקת נרות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שרים שירי חנוכה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את נר השמש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את הברכות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בעזרת השמש את נרות הלילה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ערך אחד (אור, נס, אומץ, תקווה או ערבות הדדית) וכתבו משפט שמסביר מדוע הוא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הערך שהכי התחבר אליכם מתוך פינת הערכים,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המתארת אירוע מיוחד ויוצא דופן שקרה בעבר?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נרות דולקים ביחד בלילה האחרון של חנוכה, כולל השמש?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